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일반 사직서 참고 양식</w:t>
      </w:r>
    </w:p>
    <w:p>
      <w:r>
        <w:t>자체 제작 참고용 · 회사 지정 서식이 있으면 해당 서식을 우선 확인하세요.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483"/>
      </w:tblGrid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소속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직위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성명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입사일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희망 퇴직일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사직 사유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작성일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서명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 xml:space="preserve"> </w:t>
            </w:r>
          </w:p>
        </w:tc>
      </w:tr>
    </w:tbl>
    <w:p>
      <w:r>
        <w:t>희망 퇴직일을 적었다고 퇴직일이 확정되는 것은 아닙니다. 회사 절차와 인수인계·반납 항목은 별도로 확인하세요. 주민등록번호 등 불필요한 민감정보는 쓰지 마세요.</w:t>
      </w:r>
    </w:p>
    <w:p>
      <w:r>
        <w:br w:type="page"/>
      </w:r>
    </w:p>
    <w:p>
      <w:pPr>
        <w:pStyle w:val="Title"/>
      </w:pPr>
      <w:r>
        <w:t>일반 사직서 참고 양식 · 가상 작성 예시</w:t>
      </w:r>
    </w:p>
    <w:p>
      <w:r>
        <w:t>자체 제작 참고용 · 회사 지정 서식이 있으면 해당 서식을 우선 확인하세요.</w:t>
      </w:r>
    </w:p>
    <w:p>
      <w:r>
        <w:t>아래는 실제 인물·계약·실적이 아닌 가상 작성 예시입니다.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483"/>
      </w:tblGrid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소속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서비스운영팀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직위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사원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성명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김예시 (가상 인물)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입사일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2024년 3월 4일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희망 퇴직일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2026년 11월 30일 (협의 전 희망일)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사직 사유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개인 사정으로 사직 의사를 전달합니다.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작성일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2026년 10월 21일 (가상)</w:t>
            </w:r>
          </w:p>
        </w:tc>
      </w:tr>
      <w:tr>
        <w:trPr>
          <w:trHeight w:val="680"/>
        </w:trPr>
        <w:tc>
          <w:tcPr>
            <w:tcW w:type="dxa" w:w="2381"/>
          </w:tcPr>
          <w:p>
            <w:pPr>
              <w:spacing w:after="60" w:before="60"/>
            </w:pPr>
            <w:r>
              <w:t>서명</w:t>
            </w:r>
          </w:p>
        </w:tc>
        <w:tc>
          <w:tcPr>
            <w:tcW w:type="dxa" w:w="7483"/>
          </w:tcPr>
          <w:p>
            <w:pPr>
              <w:spacing w:after="60" w:before="60"/>
            </w:pPr>
            <w:r>
              <w:t>본인 직접 서명</w:t>
            </w:r>
          </w:p>
        </w:tc>
      </w:tr>
    </w:tbl>
    <w:p>
      <w:r>
        <w:t>희망 퇴직일을 적었다고 퇴직일이 확정되는 것은 아닙니다. 회사 절차와 인수인계·반납 항목은 별도로 확인하세요. 주민등록번호 등 불필요한 민감정보는 쓰지 마세요.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일반 사직서 참고 양식</dc:title>
  <dc:subject>자체 제작 참고 양식 및 가상 작성 예시</dc:subject>
  <dc:creator>KEYPOINTS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