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프로젝트 경력기술서 참고 양식</w:t>
      </w:r>
    </w:p>
    <w:p>
      <w:r>
        <w:t>자체 제작 편집 양식 · 지원 기업의 지정 항목과 분량을 먼저 확인하세요.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지원 직무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경력 요약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프로젝트명·기간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소속·본인 역할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문제 또는 목표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본인이 한 행동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성과·근거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협업 범위·기여 구분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확인할 증빙·보완할 점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</w:tbl>
    <w:p>
      <w:r>
        <w:t>예시는 형식 설명을 위한 허구입니다. 실제 경력·역할·기간·성과로 교체하고 확인되지 않은 성과 수치나 타인의 기여를 자신의 실적으로 쓰지 마세요.</w:t>
      </w:r>
    </w:p>
    <w:p>
      <w:r>
        <w:br w:type="page"/>
      </w:r>
    </w:p>
    <w:p>
      <w:pPr>
        <w:pStyle w:val="Title"/>
      </w:pPr>
      <w:r>
        <w:t>프로젝트 경력기술서 참고 양식 · 가상 작성 예시</w:t>
      </w:r>
    </w:p>
    <w:p>
      <w:r>
        <w:t>자체 제작 편집 양식 · 지원 기업의 지정 항목과 분량을 먼저 확인하세요.</w:t>
      </w:r>
    </w:p>
    <w:p>
      <w:r>
        <w:t>아래는 실제 인물·계약·실적이 아닌 가상 작성 예시입니다.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지원 직무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운영기획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경력 요약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고객 문의 분류와 운영 문서 관리 업무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프로젝트명·기간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문의 분류체계 정비 / 2026년 3~5월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소속·본인 역할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서비스운영팀 / 분류 기준 초안과 안내 문서 담당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문제 또는 목표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같은 문의가 여러 담당자에게 중복 전달되는 문제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본인이 한 행동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문의 유형을 나누고 담당 기준 초안을 작성해 팀 검토 후 수정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성과·근거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분류표가 운영 문서에 반영됨. 수치 성과는 확인 자료가 없어 기재하지 않음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협업 범위·기여 구분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개발팀은 시스템 반영, 본인은 기준·문서 작성 담당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확인할 증빙·보완할 점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실제 지원 시 원본 업무 자료로 검증하고 회사 비밀·개인정보는 삭제</w:t>
            </w:r>
          </w:p>
        </w:tc>
      </w:tr>
    </w:tbl>
    <w:p>
      <w:r>
        <w:t>예시는 형식 설명을 위한 허구입니다. 실제 경력·역할·기간·성과로 교체하고 확인되지 않은 성과 수치나 타인의 기여를 자신의 실적으로 쓰지 마세요.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경력기술서 참고 양식</dc:title>
  <dc:subject>자체 제작 참고 양식 및 가상 작성 예시</dc:subject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